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כשהעולם מחליט לשתף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טקסט לא רציף ולאתר בו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דוגמאות לשיתוף פעולה בינלאומי: דואר, שעונים, מזג אוויר ובריאות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מילים, משקלים ושם המספר מתוך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לכל מדינה היו כללים ומחירים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 הסכם משותף להעברת מברקים בטלגרף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24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הוכרז שמחלת האבעבועות השחורות הוכחדה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כדי שעיר אחת לא תתחלק לשני 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הן מתקבלות לאט כי צריך להסכים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לגבי חוסר התיאום בשעונים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הטלגרף היה ב-1865 והדואר ב-1874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משתתפות תחנות ביבשה, בים ובאוויר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קרה בזכות שיתוף פעולה של מדינות רבות לאורך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מוזכר כאחד האתגרים בשיתוף הפעולה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אבעבועות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תעריף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מתואמת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שנה ואירוע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(הסכם על העברת מברקים בטלגרף)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(הסכם דואר בינלאומי)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(קביעת קו אורך אפס לאזורי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(הקמת ארגון בריאות עולמי)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(הכרזה על הכחדת האבעבועות השחורות)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מדינות אירופיות חותמות על הסכם להעברת מברקים בטלגרף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חוקרי מזג אוויר מסכימים להחליף נתונים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נחתם הסכם דואר בינלאומי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כנס בינלאומי קובע קו אורך אפס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מוקם ארגון בריאות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מוכרז שמחלת האבעבועות השחורות הוכחדה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להזכיר שיש דברים שמדינה לא יכולה לעשות לבדה (סערה, מחלה, מכתב חוצה גבולות), ושכולם מרוויחים כשיש כלל משותף. דוגמה אפשרית: הכחדת האבעבועות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יתרונות אפשריים: כללים אחידים חוסכים זמן וכסף, מידע משותף מציל חיים. אתגרים אפשריים: החלטות מתקבלות לאט, לא כל המדינות מקיימות התחייבויות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צריכים להבין שארגון בינלאומי הוא מקום להסכמה על כללים ולא שלטון על המדינות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אפשריות: עצירת סערה, מניעת מחלה מדבקת, העברת מכתב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15 מעלות, כי 360 מעלות חלקי 24 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החיזוי שבתחילת הטקסט ולתת לתלמידים לנחש לפני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שזהו טקסט לא רציף - לשים לב למבנה הסעיפים השונים (ציר זמן, מספרים, יתרונות מול אתגרים)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ההתאמה וסידור ציר הזמן מתאימות לעבודה בזוגות לפני המעבר למשימות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כשהעולם מחליט לשתף 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מספר איך מדינות שונות בעולם למדו להסכים על כללים משותפים - כדי שמכתב, תחזית מזג אוויר או חיסון יגיעו לכל מקום בעולם.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הבעיה העיקרית עם משלוח מכתבים לפני כמאה שבעים 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היו בולים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לכל מדינה היו כללים ומחירים 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 לא ידעו לכתוב מכתבים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המכתבים אבדו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מה הסכימו המדינות באירופה ב-1865?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תעריף דואר אחיד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הסכם משותף להעברת מברקים בטלגרף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קו אורך 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ארגון בריאות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אזורי זמן בסיסיים יש בעולם,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360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קרה ב-1980 לפי ציר הזמן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הוקם ארגון בריאות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נחתם הסכם דואר בינלאומי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הוכרז שמחלת האבעבועות השחורות הוכחדה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נקבע קו אורך אפס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הטקסט, מדוע קווי אזורי הזמן בפועל אינם ישרים לגמרי?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טעויות מדידה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שעיר אחת לא תתחלק לשני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כדור הארץ אינו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הסכמה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החיסרון שמוזכר בטקסט לגבי החלטות משותפות בין מדינות?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מתקבלות מהר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מתקבלות לאט כי צריך להסכים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אף פעם לא מתקבלות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תמיד זולות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לפני ההסכמים הבינלאומיים, כל עיר קבעה את הצהריים שלה לפי השמש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הדואר הבינלאומי נחתם לפני הסכם הטלגרף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בתחזית מזג האוויר משתתפות רק תחנות מדידה ביבשה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ההכחדה של האבעבועות השחורות התאפשרה רק בזכות מדינה אחת שפעלה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הטקסט, לא כל המדינות תמיד מקיימות את מה שהתחייבו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מדינות אירופיות חתמו על הסכם משותף להעברת __________ בטלגרף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 שמכין תחזית מזג אוויר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מחלת ה__________ השחורות הוכחדה מן העולם ב-1980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מחיר קבוע לשירות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ב-1884 נקבע קו אורך __________ ממנו מחושבים אזורי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מערכת שפועלת יחד בצורה מסודרת נקראת מערכת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שנה ואירוע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1. 1865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קביעת קו אורך אפס לאזורי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2. 1874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הסכם על העברת מברקים בטלגרף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3. 1884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הקמת ארגון בריאות עולמי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4. 1948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הכרזה על הכחדת האבעבועות השחורות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הסכם דואר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מוכרז שמחלת האבעבועות השחורות הוכחדה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בינלאומי קובע קו אורך אפס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חוקרי מזג אוויר מסכימים להחליף נתונים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מוקם ארגון בריאות עולמי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אירופיות חותמות על הסכם להעברת מברקים בטלגרף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נחתם הסכם דואר בינלאומי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שלכם: למה מדינה מוכנה לוותר על חלק מהחופש שלה כדי להשתתף בהסכם בינלאומי? תנו דוגמה אחת מהטקסט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שני יתרונות ושני אתגרים של שיתוף פעולה בינלאומי, כפי שמופיעים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המשפט 'ארגון בינלאומי טוב הוא שולחן משותף'?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מהטקסט לדבר שמדינה לא יכולה לעשות לבדה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מעלות יש בכל אזור זמן,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כשהעולם מחליט לשתף 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