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טקסט לא רציף ולאתר בו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לשיתוף פעולה בינלאומי: דואר, שעונים, מזג אוויר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מילים, משקלים ושם המספר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לכל מדינה היו כללים ומחירים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הסכם משותף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לגבי חוסר התיאום בשעונים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הטלגרף היה ב-1865 והדואר ב-1874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אבעבועות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שנה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(הסכם על העברת מברקים בטלגרף)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(הסכם דואר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(קביעת קו אורך אפס לאזורי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(הקמת ארגון בריאות עולמי)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מדינות אירופיות חותמות על הסכם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 מזג אוויר מסכימים להחליף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נחתם הסכם דואר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 בינלאומי קובע קו אורך אפס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שיש דברים שמדינה לא יכולה לעשות לבדה (סערה, מחלה, מכתב חוצה גבולות), ושכולם מרוויחים כשיש כלל משותף. דוגמה אפשרית: הכחדת האבעבועות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להבין שארגון בינלאומי הוא מקום להסכמה על כללים ולא שלטון על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עצירת סערה, מניעת מחלה מדבקת, העברת מכתב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מעלות, כי 360 מעלות חלקי 24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החיזוי שבתחילת הטקסט ולתת לתלמידים לנחש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שזהו טקסט לא רציף - לשים לב למבנה הסעיפים השונים (ציר זמן, מספרים, יתרונות מול אתגרים)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וסידור ציר הזמן מתאימות לעבודה בזוגות לפני המעבר למשימות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איך מדינות שונות בעולם למדו להסכים על כללים משותפים - כדי שמכתב, תחזית מזג אוויר או חיסון יגיעו לכל מקום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מברקים  ·  אבעבועות  ·  חזאי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הבעיה העיקרית עם משלוח מכתבים לפני כמאה שבעים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היו בולים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לכל מדינה היו כללים ומחירים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אנשים לא ידעו לכתוב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הסכימו המדינות באירופה ב-1865?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תעריף דואר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הסכם משותף להעברת מברקים בטלגרף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קו אורך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אזורי זמן בסיסיים יש בעולם,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ההסכמים הבינלאומיים, כל עיר קבעה את הצהריים שלה לפי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הסכם הדואר הבינלאומי נחתם לפני הסכם הטלגרף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מדינות אירופיות חתמו על הסכם משותף להעברת __________ בטלגרף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שמכין תחזית מזג אוויר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מחלת ה__________ השחורות הוכחדה מן העולם ב-1980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שנה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קביעת קו אורך אפס לאזורי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2. 1874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הקמת ארגון בריאות עולמי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הסכם דואר בינלאומי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הסכם על העברת מברקים בטלגרף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 מזג אוויר מסכימים להחליף נתונים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כנס בינלאומי קובע קו אורך אפס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מדינות אירופיות חותמות על הסכם להעברת מברקים בטלגרף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נחתם הסכם דואר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שלכם: למה מדינה מוכנה לוותר על חלק מהחופש שלה כדי להשתתף בהסכם בינלאומי? תנו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המשפט 'ארגון בינלאומי טוב הוא שולחן משותף'?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מהטקסט לדבר שמדינה לא יכולה לעשות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כשהעולם מחליט לשתף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